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אלופי הטקסט - לוח המסלול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משחק המסלול אלופי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משפחות המשימות השונות לפי הסמלים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רצף הפעולות בתור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מדלגים קדימה במספר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חוזרים אחורה במספר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משימה שבוצעה בהצלחה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בוחרים כרטיס מכל משפחה שרוצים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מטילים קובייה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סמל למשפחת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(אוצר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(חשיבה מסדר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(מבנה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מיועד ל-2 עד 4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הסמל 🏆 מסמן את משבצת הסיום, משבצת מספר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משבצת מסומנת בסמל שמייצג משפחה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משבצת חזרה גורמת לקבוצה לחזור אחורה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בסוף המשחק סופרים את הכוכבים שכל קבוצה אספה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התור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מטילים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מתקדמים במסלול לפי המספר שעלה בקובייה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הכרטיס מהמשפחה שבצבע המשבצת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המשימה בוצעה בהצלחה מקבלים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מעבירים את התור לקבוצה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משבצת קפיצה מקדמת את הקבוצה קדימה במספר משבצות, ואילו משבצת חזרה מחזירה אותה אחורה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היא מאפשרת לבחור משימה קלה יותר ממשפחה שהקבוצה טובה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הערכה: המשימה קשורה ליצירה (כתיבה, ציור או הצגה), ברורה ומתאימה לגיל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 עד 4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כוכב כי ביצעו משימה בהצלחה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מהרשימה: אוצר מילים, לשון, חשיבה מסדר גבוה, דמויות, הבנה, מבנה הטקסט, יצירה, טיעון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בפועל בכיתה לאחר מילוי הדף, כדי לחבר בין התרגול למשחק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קטנות ולתת לכל קבוצה לנסות להסביר משפחת משימות אחת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בחוקי היסוד של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אלופי הטקסט - לוח המסלול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משחק לוח בשם אלופי הטקסט. נלמד את החוקים ואת הסמלים שיש על המסלול.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מתקדמים במשחק,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שמטילים כדי לדעת כמה משבצות להתקדם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אחד על המסלול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או תרגיל לביצוע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משימות מאותו נושא, כמו אוצר מילים או דמויות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קפיצה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התקדמות מהירה במספר משבצות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תזוזה אחורה במספר משבצות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שמקבלים כשמבצעים משימה בהצלחה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קבוצות משחקות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במשבצת עם חץ לפנים?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מדלגים קדימה במספר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מפספסים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מקבלים כוכב בלי לבצע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במשבצת עם חץ אחורה?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מתקדמים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אחורה במספר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מסיימים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מקבלים שני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מקבלים כוכב?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שגיאה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שבוצעה בהצלחה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 שפוספס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התחלת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במשבצת המיוחדת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כרטיס מכל משפחה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חייבים לדלג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מפסידים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יודעים כמה להתקדם?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מטילים קובייה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על שאלה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מגרילים כרטיס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סמל למשפחת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✏️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אוצר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🎭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🔍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מבנה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חשיבה מסדר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יכולות להשתתף עד 4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משבצת עם הסמל 🏆 נמצאת בתחילת המסלול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משבצת במסלול שייכת למשפחת משימות אחת לפי הסמל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משבצת חזרה גורמת לקבוצה להתקדם קדימה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לאסוף כמה שיותר כוכבים עד שמגיעים לסיום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התור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המשימה בוצעה בהצלחה מקבלים כוכב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התור לקבוצה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מטילים 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מתקדמים במסלול לפי המספר שעלה בקובייה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הכרטיס מהמשפחה שבצבע המשבצת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משבצת 🚀 למשבצת 🔁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משבצת כרטיס לבחירתכם יכולה להיות יתרון לקבוצה?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כרטיס משימה חדש למשפחת יצירה שיתאים למשחק אלופי הטקסט. כתבו את המשימה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קבוצות יכולות לשחק במשחק אלופי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כשמגיעים למשבצת עם סמל כוכב?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משפחת משימות אחת מהמסלול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אלופי הטקסט - לוח המסלול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