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אלופי הטקסט - לוח המסלול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משחק המסלול אלופי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משפחות המשימות השונות לפי הסמלים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רצף הפעולות בתור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חוקי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מדלגים קדימה במספר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חוזרים אחורה במספר משבצות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סמל למשפחת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(אוצר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(חשיבה מסדר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(דמויות)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מיועד ל-2 עד 4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משבצת מסומנת בסמל שמייצג משפחה מסוימת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התור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מטילים 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מתקדמים במסלול לפי המספר שעלה בקובייה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מעבירים את התור לקבוצה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משבצת קפיצה מקדמת את הקבוצה קדימה במספר משבצות, ואילו משבצת חזרה מחזירה אותה אחורה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 עד 4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מקבלים כוכב כי ביצעו משימה בהצלחה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מהרשימה: אוצר מילים, לשון, חשיבה מסדר גבוה, דמויות, הבנה, מבנה הטקסט, יצירה, טיעון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בפועל בכיתה לאחר מילוי הדף, כדי לחבר בין התרגול למשחק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קטנות ולתת לכל קבוצה לנסות להסביר משפחת משימות אחת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בחוקי היסוד של המשחק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אלופי הטקסט - לוח המסלול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חוקי משחק המסלול אלופי הטקסט, את משפחות המשימות השונות ואת הסמלים שמופיעים על המסלול.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הכירו את חוקי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קבוצות יכולות לשחק במשחק אלופי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כשמגיעים למשבצת עם סמל 🚀?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חוזרים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מדלגים קדימה במספר 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מפספסים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כשמגיעים למשבצת עם הסמל 🔁?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מתקדמים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חוזרים אחורה במספר 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מסיימים את המשחק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סמל למשפחת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✏️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חשיבה מסדר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🎭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אוצר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יכולות להשתתף עד 4 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משבצת במסלול שייכת למשפחת משימות אחת לפי הסמל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התור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מתקדמים במסלול לפי המספר שעלה בקובייה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מעבירים את התור לקבוצה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מטילים קובייה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משבצת 🚀 למשבצת 🔁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קבוצות יכולות לשחק במשחק אלופי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כשמגיעים למשבצת עם סמל כוכב?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אלופי הטקסט - לוח המסלול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